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0"/>
        <w:jc w:val="center"/>
      </w:pPr>
      <w:r>
        <w:rPr>
          <w:b/>
          <w:sz w:val="28"/>
        </w:rPr>
        <w:t>СОГЛАСИЕ</w:t>
      </w:r>
    </w:p>
    <w:p>
      <w:pPr>
        <w:spacing w:after="100"/>
      </w:pPr>
      <w:r>
        <w:t>на обработку персональных данных, разрешённых субъектом для распространения</w:t>
      </w:r>
    </w:p>
    <w:p>
      <w:pPr>
        <w:spacing w:after="100"/>
      </w:pPr>
      <w:r/>
    </w:p>
    <w:p>
      <w:pPr>
        <w:spacing w:after="100"/>
      </w:pPr>
      <w:r>
        <w:t>Я предоставляю ООО «СтартКомьюнити», ИНН 4205431742, ОГРН 1254200012550, согласие на распространение следующих моих персональных данных в рамках публичного профиля разработчика EasyProgramming:</w:t>
      </w:r>
    </w:p>
    <w:p>
      <w:pPr>
        <w:spacing w:after="100"/>
      </w:pPr>
      <w:r/>
    </w:p>
    <w:p>
      <w:pPr>
        <w:spacing w:after="100"/>
      </w:pPr>
      <w:r>
        <w:t>☐ Имя / ФИО</w:t>
      </w:r>
    </w:p>
    <w:p>
      <w:pPr>
        <w:spacing w:after="100"/>
      </w:pPr>
      <w:r>
        <w:t>☐ Уровень разработчика</w:t>
      </w:r>
    </w:p>
    <w:p>
      <w:pPr>
        <w:spacing w:after="100"/>
      </w:pPr>
      <w:r>
        <w:t>☐ Сведения о решённых задачах</w:t>
      </w:r>
    </w:p>
    <w:p>
      <w:pPr>
        <w:spacing w:after="100"/>
      </w:pPr>
      <w:r>
        <w:t>☐ Ссылка на GitHub</w:t>
      </w:r>
    </w:p>
    <w:p>
      <w:pPr>
        <w:spacing w:after="100"/>
      </w:pPr>
      <w:r>
        <w:t>☐ Портфолио</w:t>
      </w:r>
    </w:p>
    <w:p>
      <w:pPr>
        <w:spacing w:after="100"/>
      </w:pPr>
      <w:r>
        <w:t>☐ Рейтинг</w:t>
      </w:r>
    </w:p>
    <w:p>
      <w:pPr>
        <w:spacing w:after="100"/>
      </w:pPr>
      <w:r/>
    </w:p>
    <w:p>
      <w:pPr>
        <w:spacing w:after="100"/>
      </w:pPr>
      <w:r>
        <w:t>Цель распространения:</w:t>
      </w:r>
    </w:p>
    <w:p>
      <w:pPr>
        <w:spacing w:after="100"/>
      </w:pPr>
      <w:r>
        <w:t>предоставление другим пользователям и посетителям Сервиса информации о квалификации, опыте и результатах деятельности разработчика.</w:t>
      </w:r>
    </w:p>
    <w:p>
      <w:pPr>
        <w:spacing w:after="100"/>
      </w:pPr>
      <w:r/>
    </w:p>
    <w:p>
      <w:pPr>
        <w:spacing w:after="100"/>
      </w:pPr>
      <w:r>
        <w:t>Способ распространения:</w:t>
      </w:r>
    </w:p>
    <w:p>
      <w:pPr>
        <w:spacing w:after="100"/>
      </w:pPr>
      <w:r>
        <w:t>размещение соответствующих сведений в публичном профиле разработчика на сайте EasyProgramming.</w:t>
      </w:r>
    </w:p>
    <w:p>
      <w:pPr>
        <w:spacing w:after="100"/>
      </w:pPr>
      <w:r/>
    </w:p>
    <w:p>
      <w:pPr>
        <w:spacing w:after="100"/>
      </w:pPr>
      <w:r>
        <w:t>Я вправе определить, какие из перечисленных категорий данных разрешаю публиковать.</w:t>
      </w:r>
    </w:p>
    <w:p>
      <w:pPr>
        <w:spacing w:after="100"/>
      </w:pPr>
      <w:r/>
    </w:p>
    <w:p>
      <w:pPr>
        <w:spacing w:after="100"/>
      </w:pPr>
      <w:r>
        <w:t>Молчание или отсутствие отдельного согласия не считается согласием на распространение.</w:t>
      </w:r>
    </w:p>
    <w:p>
      <w:pPr>
        <w:spacing w:after="100"/>
      </w:pPr>
      <w:r/>
    </w:p>
    <w:p>
      <w:pPr>
        <w:spacing w:after="100"/>
      </w:pPr>
      <w:r>
        <w:t>Я вправе потребовать прекращения распространения моих персональных данных в порядке, установленном законодательством Российской Федерации.</w:t>
      </w:r>
    </w:p>
    <w:p>
      <w:pPr>
        <w:spacing w:after="100"/>
      </w:pPr>
      <w:r/>
    </w:p>
    <w:p>
      <w:pPr>
        <w:spacing w:after="100"/>
      </w:pPr>
      <w:r>
        <w:t>Дата предоставления согласия: определяется информационной системой.</w:t>
      </w:r>
    </w:p>
    <w:p>
      <w:pPr>
        <w:spacing w:after="100"/>
      </w:pPr>
      <w:r/>
    </w:p>
    <w:sectPr w:rsidR="00FC693F" w:rsidRPr="0006063C" w:rsidSect="00034616">
      <w:pgSz w:w="12240" w:h="15840"/>
      <w:pgMar w:top="1200" w:right="1400" w:bottom="1200" w:left="14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